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left"/>
        <w:tblLayout w:type="fixed"/>
        <w:tblLook w:firstColumn="1" w:firstRow="1" w:lastColumn="0" w:lastRow="0" w:noHBand="0" w:noVBand="1" w:val="04A0"/>
        <w:tblInd w:w="0" w:type="dxa"/>
      </w:tblPr>
      <w:tblGrid>
        <w:gridCol w:w="9360"/>
      </w:tblGrid>
      <w:tr>
        <w:tc>
          <w:tcPr>
            <w:tcW w:type="dxa" w:w="9360"/>
            <w:tcMar>
              <w:top w:w="180" w:type="dxa"/>
              <w:start w:w="240" w:type="dxa"/>
              <w:bottom w:w="180" w:type="dxa"/>
              <w:end w:w="240" w:type="dxa"/>
            </w:tcMar>
            <w:shd w:fill="7B1646"/>
          </w:tcPr>
          <w:p>
            <w:pPr>
              <w:spacing w:after="40"/>
              <w:jc w:val="center"/>
            </w:pPr>
            <w:r>
              <w:rPr>
                <w:rFonts w:ascii="Calibri" w:hAnsi="Calibri"/>
                <w:b/>
                <w:i w:val="0"/>
                <w:color w:val="D9A928"/>
                <w:sz w:val="20"/>
              </w:rPr>
              <w:t>WOMEN OF COLOR EMPOWERMENT INSTITUTE, INC.</w:t>
            </w:r>
          </w:p>
          <w:p>
            <w:pPr>
              <w:spacing w:after="40"/>
              <w:jc w:val="center"/>
            </w:pPr>
            <w:r>
              <w:rPr>
                <w:rFonts w:ascii="Calibri" w:hAnsi="Calibri"/>
                <w:b/>
                <w:i w:val="0"/>
                <w:color w:val="FFFFFF"/>
                <w:sz w:val="35"/>
              </w:rPr>
              <w:t>COMPLIMENTARY CONFERENCE ADMISSION APPLICATION</w:t>
            </w:r>
          </w:p>
          <w:p>
            <w:pPr>
              <w:spacing w:after="0"/>
              <w:jc w:val="center"/>
            </w:pPr>
            <w:r>
              <w:rPr>
                <w:rFonts w:ascii="Calibri" w:hAnsi="Calibri"/>
                <w:b/>
                <w:i w:val="0"/>
                <w:color w:val="FFFFFF"/>
                <w:sz w:val="22"/>
              </w:rPr>
              <w:t>15th Annual Women of Color Empowerment Conference</w:t>
            </w:r>
          </w:p>
          <w:p>
            <w:pPr>
              <w:spacing w:after="0"/>
              <w:jc w:val="center"/>
            </w:pPr>
            <w:r>
              <w:rPr>
                <w:rFonts w:ascii="Calibri" w:hAnsi="Calibri"/>
                <w:b w:val="0"/>
                <w:i w:val="0"/>
                <w:color w:val="FFFFFF"/>
                <w:sz w:val="19"/>
              </w:rPr>
              <w:t>September 11–13, 2026  |  Fort Lauderdale, Florida</w:t>
            </w:r>
          </w:p>
        </w:tc>
      </w:tr>
    </w:tbl>
    <w:p>
      <w:pPr>
        <w:spacing w:before="140" w:after="100"/>
        <w:jc w:val="center"/>
      </w:pPr>
      <w:r>
        <w:rPr>
          <w:rFonts w:ascii="Calibri" w:hAnsi="Calibri"/>
          <w:b/>
          <w:i/>
          <w:color w:val="E85A2A"/>
          <w:sz w:val="22"/>
        </w:rPr>
        <w:t>Made for This Moment: Purpose, Power &amp; Progress</w:t>
      </w:r>
    </w:p>
    <w:tbl>
      <w:tblPr>
        <w:tblW w:type="dxa" w:w="9360"/>
        <w:jc w:val="left"/>
        <w:tblLayout w:type="fixed"/>
        <w:tblLook w:firstColumn="1" w:firstRow="1" w:lastColumn="0" w:lastRow="0" w:noHBand="0" w:noVBand="1" w:val="04A0"/>
        <w:tblInd w:w="120" w:type="dxa"/>
        <w:tblBorders>
          <w:top w:val="single" w:sz="8" w:space="0" w:color="D9A928"/>
          <w:left w:val="single" w:sz="8" w:space="0" w:color="D9A928"/>
          <w:bottom w:val="single" w:sz="8" w:space="0" w:color="D9A928"/>
          <w:right w:val="single" w:sz="8" w:space="0" w:color="D9A928"/>
          <w:insideH w:val="single" w:sz="8" w:space="0" w:color="D9A928"/>
          <w:insideV w:val="single" w:sz="8" w:space="0" w:color="D9A928"/>
        </w:tblBorders>
      </w:tblPr>
      <w:tblGrid>
        <w:gridCol w:w="9360"/>
      </w:tblGrid>
      <w:tr>
        <w:tc>
          <w:tcPr>
            <w:tcW w:type="dxa" w:w="9360"/>
            <w:tcMar>
              <w:top w:w="130" w:type="dxa"/>
              <w:start w:w="170" w:type="dxa"/>
              <w:bottom w:w="120" w:type="dxa"/>
              <w:end w:w="170" w:type="dxa"/>
            </w:tcMar>
            <w:shd w:fill="FBF5EA"/>
          </w:tcPr>
          <w:p>
            <w:pPr>
              <w:spacing w:after="80"/>
            </w:pPr>
            <w:r>
              <w:rPr>
                <w:rFonts w:ascii="Calibri" w:hAnsi="Calibri"/>
                <w:b/>
                <w:i w:val="0"/>
                <w:color w:val="7B1646"/>
                <w:sz w:val="23"/>
              </w:rPr>
              <w:t>A special opportunity for 20 emerging women leaders</w:t>
            </w:r>
          </w:p>
          <w:p>
            <w:pPr>
              <w:spacing w:after="0"/>
            </w:pPr>
            <w:r>
              <w:rPr>
                <w:rFonts w:ascii="Calibri" w:hAnsi="Calibri"/>
                <w:b w:val="0"/>
                <w:i w:val="0"/>
                <w:color w:val="221C24"/>
                <w:sz w:val="20"/>
              </w:rPr>
              <w:t>The Women of Color Empowerment Institute will select 20 women under age 40, from any profession, to receive complimentary admission to the 2026 conference. Applicants must attend Saturday in full and at least one additional conference day.</w:t>
            </w:r>
          </w:p>
        </w:tc>
      </w:tr>
    </w:tbl>
    <w:p>
      <w:pPr>
        <w:spacing w:after="140"/>
      </w:pPr>
      <w:r>
        <w:t>Please complete every required item. Submission of an application does not guarantee selection.</w:t>
      </w:r>
    </w:p>
    <w:tbl>
      <w:tblPr>
        <w:tblW w:type="dxa" w:w="9360"/>
        <w:jc w:val="left"/>
        <w:tblLayout w:type="fixed"/>
        <w:tblLook w:firstColumn="1" w:firstRow="1" w:lastColumn="0" w:lastRow="0" w:noHBand="0" w:noVBand="1" w:val="04A0"/>
        <w:tblInd w:w="120" w:type="dxa"/>
      </w:tblPr>
      <w:tblGrid>
        <w:gridCol w:w="9360"/>
      </w:tblGrid>
      <w:tr>
        <w:tc>
          <w:tcPr>
            <w:tcW w:type="dxa" w:w="9360"/>
            <w:tcMar>
              <w:top w:w="90" w:type="dxa"/>
              <w:start w:w="140" w:type="dxa"/>
              <w:bottom w:w="90" w:type="dxa"/>
              <w:end w:w="140" w:type="dxa"/>
            </w:tcMar>
            <w:shd w:fill="F7EAF0"/>
          </w:tcPr>
          <w:p>
            <w:pPr>
              <w:spacing w:after="0"/>
            </w:pPr>
            <w:r>
              <w:rPr>
                <w:rFonts w:ascii="Calibri" w:hAnsi="Calibri"/>
                <w:b/>
                <w:i w:val="0"/>
                <w:color w:val="7B1646"/>
                <w:sz w:val="22"/>
              </w:rPr>
              <w:t>ELIGIBILITY REQUIREMENTS</w:t>
            </w:r>
          </w:p>
        </w:tc>
      </w:tr>
    </w:tbl>
    <w:p>
      <w:pPr>
        <w:spacing w:after="80"/>
        <w:ind w:left="115"/>
      </w:pPr>
      <w:r>
        <w:rPr>
          <w:rFonts w:ascii="DejaVu Sans" w:hAnsi="DejaVu Sans"/>
          <w:b w:val="0"/>
          <w:i w:val="0"/>
          <w:color w:val="7B1646"/>
          <w:sz w:val="22"/>
        </w:rPr>
        <w:t xml:space="preserve">☐  </w:t>
      </w:r>
      <w:r>
        <w:rPr>
          <w:rFonts w:ascii="Calibri" w:hAnsi="Calibri"/>
          <w:b w:val="0"/>
          <w:i w:val="0"/>
          <w:color w:val="221C24"/>
          <w:sz w:val="21"/>
        </w:rPr>
        <w:t>I identify as a woman and will be under age 40 on September 11, 2026.</w:t>
      </w:r>
    </w:p>
    <w:p>
      <w:pPr>
        <w:spacing w:after="80"/>
        <w:ind w:left="115"/>
      </w:pPr>
      <w:r>
        <w:rPr>
          <w:rFonts w:ascii="DejaVu Sans" w:hAnsi="DejaVu Sans"/>
          <w:b w:val="0"/>
          <w:i w:val="0"/>
          <w:color w:val="7B1646"/>
          <w:sz w:val="22"/>
        </w:rPr>
        <w:t xml:space="preserve">☐  </w:t>
      </w:r>
      <w:r>
        <w:rPr>
          <w:rFonts w:ascii="Calibri" w:hAnsi="Calibri"/>
          <w:b w:val="0"/>
          <w:i w:val="0"/>
          <w:color w:val="221C24"/>
          <w:sz w:val="21"/>
        </w:rPr>
        <w:t>I am available to attend the full Saturday program from 8:00 a.m. to 5:00 p.m.</w:t>
      </w:r>
    </w:p>
    <w:p>
      <w:pPr>
        <w:spacing w:after="80"/>
        <w:ind w:left="115"/>
      </w:pPr>
      <w:r>
        <w:rPr>
          <w:rFonts w:ascii="DejaVu Sans" w:hAnsi="DejaVu Sans"/>
          <w:b w:val="0"/>
          <w:i w:val="0"/>
          <w:color w:val="7B1646"/>
          <w:sz w:val="22"/>
        </w:rPr>
        <w:t xml:space="preserve">☐  </w:t>
      </w:r>
      <w:r>
        <w:rPr>
          <w:rFonts w:ascii="Calibri" w:hAnsi="Calibri"/>
          <w:b w:val="0"/>
          <w:i w:val="0"/>
          <w:color w:val="221C24"/>
          <w:sz w:val="21"/>
        </w:rPr>
        <w:t>I am available to attend at least one additional day—Friday or Sunday—during the times listed below.</w:t>
      </w:r>
    </w:p>
    <w:p>
      <w:pPr>
        <w:spacing w:after="80"/>
        <w:ind w:left="115"/>
      </w:pPr>
      <w:r>
        <w:rPr>
          <w:rFonts w:ascii="DejaVu Sans" w:hAnsi="DejaVu Sans"/>
          <w:b w:val="0"/>
          <w:i w:val="0"/>
          <w:color w:val="7B1646"/>
          <w:sz w:val="22"/>
        </w:rPr>
        <w:t xml:space="preserve">☐  </w:t>
      </w:r>
      <w:r>
        <w:rPr>
          <w:rFonts w:ascii="Calibri" w:hAnsi="Calibri"/>
          <w:b w:val="0"/>
          <w:i w:val="0"/>
          <w:color w:val="221C24"/>
          <w:sz w:val="21"/>
        </w:rPr>
        <w:t>If selected, I will promptly accept or decline the opportunity and notify WOCEI if my availability changes.</w:t>
      </w:r>
    </w:p>
    <w:tbl>
      <w:tblPr>
        <w:tblW w:type="dxa" w:w="9360"/>
        <w:jc w:val="left"/>
        <w:tblLayout w:type="fixed"/>
        <w:tblLook w:firstColumn="1" w:firstRow="1" w:lastColumn="0" w:lastRow="0" w:noHBand="0" w:noVBand="1" w:val="04A0"/>
        <w:tblInd w:w="120" w:type="dxa"/>
      </w:tblPr>
      <w:tblGrid>
        <w:gridCol w:w="9360"/>
      </w:tblGrid>
      <w:tr>
        <w:tc>
          <w:tcPr>
            <w:tcW w:type="dxa" w:w="9360"/>
            <w:tcMar>
              <w:top w:w="90" w:type="dxa"/>
              <w:start w:w="140" w:type="dxa"/>
              <w:bottom w:w="90" w:type="dxa"/>
              <w:end w:w="140" w:type="dxa"/>
            </w:tcMar>
            <w:shd w:fill="F7EAF0"/>
          </w:tcPr>
          <w:p>
            <w:pPr>
              <w:spacing w:after="0"/>
            </w:pPr>
            <w:r>
              <w:rPr>
                <w:rFonts w:ascii="Calibri" w:hAnsi="Calibri"/>
                <w:b/>
                <w:i w:val="0"/>
                <w:color w:val="7B1646"/>
                <w:sz w:val="22"/>
              </w:rPr>
              <w:t>APPLICANT INFORMATION</w:t>
            </w:r>
          </w:p>
        </w:tc>
      </w:tr>
    </w:tbl>
    <w:p>
      <w:pPr>
        <w:spacing w:after="140"/>
      </w:pPr>
      <w:r>
        <w:rPr>
          <w:rFonts w:ascii="Calibri" w:hAnsi="Calibri"/>
          <w:b/>
          <w:i w:val="0"/>
          <w:color w:val="43213E"/>
          <w:sz w:val="21"/>
        </w:rPr>
        <w:t xml:space="preserve">Full name  </w:t>
      </w:r>
      <w:r>
        <w:rPr>
          <w:rFonts w:ascii="Calibri" w:hAnsi="Calibri"/>
          <w:b w:val="0"/>
          <w:i w:val="0"/>
          <w:color w:val="6B6470"/>
          <w:sz w:val="21"/>
        </w:rPr>
        <w:t>_______________________________________________________</w:t>
      </w:r>
    </w:p>
    <w:p>
      <w:pPr>
        <w:spacing w:after="140"/>
      </w:pPr>
      <w:r>
        <w:rPr>
          <w:rFonts w:ascii="Calibri" w:hAnsi="Calibri"/>
          <w:b/>
          <w:i w:val="0"/>
          <w:color w:val="43213E"/>
          <w:sz w:val="21"/>
        </w:rPr>
        <w:t xml:space="preserve">Preferred name  </w:t>
      </w:r>
      <w:r>
        <w:rPr>
          <w:rFonts w:ascii="Calibri" w:hAnsi="Calibri"/>
          <w:b w:val="0"/>
          <w:i w:val="0"/>
          <w:color w:val="6B6470"/>
          <w:sz w:val="21"/>
        </w:rPr>
        <w:t>_________________________________________________</w:t>
      </w:r>
    </w:p>
    <w:tbl>
      <w:tblPr>
        <w:tblW w:type="dxa" w:w="9360"/>
        <w:jc w:val="left"/>
        <w:tblLayout w:type="fixed"/>
        <w:tblLook w:firstColumn="1" w:firstRow="1" w:lastColumn="0" w:lastRow="0" w:noHBand="0" w:noVBand="1" w:val="04A0"/>
        <w:tblInd w:w="120" w:type="dxa"/>
        <w:tblBorders>
          <w:top w:val="single" w:sz="6" w:space="0" w:color="D8CDD4"/>
          <w:left w:val="single" w:sz="6" w:space="0" w:color="D8CDD4"/>
          <w:bottom w:val="single" w:sz="6" w:space="0" w:color="D8CDD4"/>
          <w:right w:val="single" w:sz="6" w:space="0" w:color="D8CDD4"/>
          <w:insideH w:val="single" w:sz="6" w:space="0" w:color="D8CDD4"/>
          <w:insideV w:val="single" w:sz="6" w:space="0" w:color="D8CDD4"/>
        </w:tblBorders>
      </w:tblPr>
      <w:tblGrid>
        <w:gridCol w:w="4680"/>
        <w:gridCol w:w="4680"/>
      </w:tblGrid>
      <w:tr>
        <w:tc>
          <w:tcPr>
            <w:tcW w:type="dxa" w:w="4680"/>
            <w:tcMar>
              <w:top w:w="100" w:type="dxa"/>
              <w:start w:w="140" w:type="dxa"/>
              <w:bottom w:w="100" w:type="dxa"/>
              <w:end w:w="140" w:type="dxa"/>
            </w:tcMar>
            <w:shd w:fill="FFFFFF"/>
          </w:tcPr>
          <w:p>
            <w:pPr>
              <w:spacing w:after="160"/>
            </w:pPr>
            <w:r>
              <w:rPr>
                <w:rFonts w:ascii="Calibri" w:hAnsi="Calibri"/>
                <w:b/>
                <w:i w:val="0"/>
                <w:color w:val="7B1646"/>
                <w:sz w:val="18"/>
              </w:rPr>
              <w:t>Age as of September 11, 2026</w:t>
            </w:r>
          </w:p>
          <w:p>
            <w:pPr>
              <w:spacing w:after="0"/>
            </w:pPr>
            <w:r>
              <w:rPr>
                <w:rFonts w:ascii="Calibri" w:hAnsi="Calibri"/>
                <w:b w:val="0"/>
                <w:i w:val="0"/>
                <w:color w:val="6B6470"/>
                <w:sz w:val="18"/>
              </w:rPr>
              <w:t>________________________________</w:t>
            </w:r>
          </w:p>
        </w:tc>
        <w:tc>
          <w:tcPr>
            <w:tcW w:type="dxa" w:w="4680"/>
            <w:tcMar>
              <w:top w:w="100" w:type="dxa"/>
              <w:start w:w="140" w:type="dxa"/>
              <w:bottom w:w="100" w:type="dxa"/>
              <w:end w:w="140" w:type="dxa"/>
            </w:tcMar>
            <w:shd w:fill="FFFFFF"/>
          </w:tcPr>
          <w:p>
            <w:pPr>
              <w:spacing w:after="160"/>
            </w:pPr>
            <w:r>
              <w:rPr>
                <w:rFonts w:ascii="Calibri" w:hAnsi="Calibri"/>
                <w:b/>
                <w:i w:val="0"/>
                <w:color w:val="7B1646"/>
                <w:sz w:val="18"/>
              </w:rPr>
              <w:t>City and state of residence</w:t>
            </w:r>
          </w:p>
          <w:p>
            <w:pPr>
              <w:spacing w:after="0"/>
            </w:pPr>
            <w:r>
              <w:rPr>
                <w:rFonts w:ascii="Calibri" w:hAnsi="Calibri"/>
                <w:b w:val="0"/>
                <w:i w:val="0"/>
                <w:color w:val="6B6470"/>
                <w:sz w:val="18"/>
              </w:rPr>
              <w:t>________________________________</w:t>
            </w:r>
          </w:p>
        </w:tc>
      </w:tr>
      <w:tr>
        <w:tc>
          <w:tcPr>
            <w:tcW w:type="dxa" w:w="4680"/>
            <w:tcMar>
              <w:top w:w="100" w:type="dxa"/>
              <w:start w:w="140" w:type="dxa"/>
              <w:bottom w:w="100" w:type="dxa"/>
              <w:end w:w="140" w:type="dxa"/>
            </w:tcMar>
            <w:shd w:fill="FFFFFF"/>
          </w:tcPr>
          <w:p>
            <w:pPr>
              <w:spacing w:after="160"/>
            </w:pPr>
            <w:r>
              <w:rPr>
                <w:rFonts w:ascii="Calibri" w:hAnsi="Calibri"/>
                <w:b/>
                <w:i w:val="0"/>
                <w:color w:val="7B1646"/>
                <w:sz w:val="18"/>
              </w:rPr>
              <w:t>Email address</w:t>
            </w:r>
          </w:p>
          <w:p>
            <w:pPr>
              <w:spacing w:after="0"/>
            </w:pPr>
            <w:r>
              <w:rPr>
                <w:rFonts w:ascii="Calibri" w:hAnsi="Calibri"/>
                <w:b w:val="0"/>
                <w:i w:val="0"/>
                <w:color w:val="6B6470"/>
                <w:sz w:val="18"/>
              </w:rPr>
              <w:t>________________________________</w:t>
            </w:r>
          </w:p>
        </w:tc>
        <w:tc>
          <w:tcPr>
            <w:tcW w:type="dxa" w:w="4680"/>
            <w:tcMar>
              <w:top w:w="100" w:type="dxa"/>
              <w:start w:w="140" w:type="dxa"/>
              <w:bottom w:w="100" w:type="dxa"/>
              <w:end w:w="140" w:type="dxa"/>
            </w:tcMar>
            <w:shd w:fill="FFFFFF"/>
          </w:tcPr>
          <w:p>
            <w:pPr>
              <w:spacing w:after="160"/>
            </w:pPr>
            <w:r>
              <w:rPr>
                <w:rFonts w:ascii="Calibri" w:hAnsi="Calibri"/>
                <w:b/>
                <w:i w:val="0"/>
                <w:color w:val="7B1646"/>
                <w:sz w:val="18"/>
              </w:rPr>
              <w:t>Mobile telephone</w:t>
            </w:r>
          </w:p>
          <w:p>
            <w:pPr>
              <w:spacing w:after="0"/>
            </w:pPr>
            <w:r>
              <w:rPr>
                <w:rFonts w:ascii="Calibri" w:hAnsi="Calibri"/>
                <w:b w:val="0"/>
                <w:i w:val="0"/>
                <w:color w:val="6B6470"/>
                <w:sz w:val="18"/>
              </w:rPr>
              <w:t>________________________________</w:t>
            </w:r>
          </w:p>
        </w:tc>
      </w:tr>
      <w:tr>
        <w:tc>
          <w:tcPr>
            <w:tcW w:type="dxa" w:w="4680"/>
            <w:tcMar>
              <w:top w:w="100" w:type="dxa"/>
              <w:start w:w="140" w:type="dxa"/>
              <w:bottom w:w="100" w:type="dxa"/>
              <w:end w:w="140" w:type="dxa"/>
            </w:tcMar>
            <w:shd w:fill="FFFFFF"/>
          </w:tcPr>
          <w:p>
            <w:pPr>
              <w:spacing w:after="160"/>
            </w:pPr>
            <w:r>
              <w:rPr>
                <w:rFonts w:ascii="Calibri" w:hAnsi="Calibri"/>
                <w:b/>
                <w:i w:val="0"/>
                <w:color w:val="7B1646"/>
                <w:sz w:val="18"/>
              </w:rPr>
              <w:t>LinkedIn profile (optional)</w:t>
            </w:r>
          </w:p>
          <w:p>
            <w:pPr>
              <w:spacing w:after="0"/>
            </w:pPr>
            <w:r>
              <w:rPr>
                <w:rFonts w:ascii="Calibri" w:hAnsi="Calibri"/>
                <w:b w:val="0"/>
                <w:i w:val="0"/>
                <w:color w:val="6B6470"/>
                <w:sz w:val="18"/>
              </w:rPr>
              <w:t>________________________________</w:t>
            </w:r>
          </w:p>
        </w:tc>
        <w:tc>
          <w:tcPr>
            <w:tcW w:type="dxa" w:w="4680"/>
            <w:tcMar>
              <w:top w:w="100" w:type="dxa"/>
              <w:start w:w="140" w:type="dxa"/>
              <w:bottom w:w="100" w:type="dxa"/>
              <w:end w:w="140" w:type="dxa"/>
            </w:tcMar>
            <w:shd w:fill="FFFFFF"/>
          </w:tcPr>
          <w:p>
            <w:pPr>
              <w:spacing w:after="160"/>
            </w:pPr>
            <w:r>
              <w:rPr>
                <w:rFonts w:ascii="Calibri" w:hAnsi="Calibri"/>
                <w:b/>
                <w:i w:val="0"/>
                <w:color w:val="7B1646"/>
                <w:sz w:val="18"/>
              </w:rPr>
              <w:t>Pronouns (optional)</w:t>
            </w:r>
          </w:p>
          <w:p>
            <w:pPr>
              <w:spacing w:after="0"/>
            </w:pPr>
            <w:r>
              <w:rPr>
                <w:rFonts w:ascii="Calibri" w:hAnsi="Calibri"/>
                <w:b w:val="0"/>
                <w:i w:val="0"/>
                <w:color w:val="6B6470"/>
                <w:sz w:val="18"/>
              </w:rPr>
              <w:t>________________________________</w:t>
            </w:r>
          </w:p>
        </w:tc>
      </w:tr>
    </w:tbl>
    <w:p>
      <w:pPr>
        <w:spacing w:after="0"/>
      </w:pPr>
    </w:p>
    <w:p>
      <w:pPr>
        <w:spacing w:after="140"/>
      </w:pPr>
      <w:r>
        <w:rPr>
          <w:rFonts w:ascii="Calibri" w:hAnsi="Calibri"/>
          <w:b/>
          <w:i w:val="0"/>
          <w:color w:val="43213E"/>
          <w:sz w:val="21"/>
        </w:rPr>
        <w:t xml:space="preserve">Current profession or field  </w:t>
      </w:r>
      <w:r>
        <w:rPr>
          <w:rFonts w:ascii="Calibri" w:hAnsi="Calibri"/>
          <w:b w:val="0"/>
          <w:i w:val="0"/>
          <w:color w:val="6B6470"/>
          <w:sz w:val="21"/>
        </w:rPr>
        <w:t>_________________________________________</w:t>
      </w:r>
    </w:p>
    <w:p>
      <w:pPr>
        <w:spacing w:after="140"/>
      </w:pPr>
      <w:r>
        <w:rPr>
          <w:rFonts w:ascii="Calibri" w:hAnsi="Calibri"/>
          <w:b/>
          <w:i w:val="0"/>
          <w:color w:val="43213E"/>
          <w:sz w:val="21"/>
        </w:rPr>
        <w:t xml:space="preserve">Employer or organization  </w:t>
      </w:r>
      <w:r>
        <w:rPr>
          <w:rFonts w:ascii="Calibri" w:hAnsi="Calibri"/>
          <w:b w:val="0"/>
          <w:i w:val="0"/>
          <w:color w:val="6B6470"/>
          <w:sz w:val="21"/>
        </w:rPr>
        <w:t>___________________________________________</w:t>
      </w:r>
    </w:p>
    <w:p>
      <w:pPr>
        <w:spacing w:after="140"/>
      </w:pPr>
      <w:r>
        <w:rPr>
          <w:rFonts w:ascii="Calibri" w:hAnsi="Calibri"/>
          <w:b/>
          <w:i w:val="0"/>
          <w:color w:val="43213E"/>
          <w:sz w:val="21"/>
        </w:rPr>
        <w:t xml:space="preserve">Current title or role  </w:t>
      </w:r>
      <w:r>
        <w:rPr>
          <w:rFonts w:ascii="Calibri" w:hAnsi="Calibri"/>
          <w:b w:val="0"/>
          <w:i w:val="0"/>
          <w:color w:val="6B6470"/>
          <w:sz w:val="21"/>
        </w:rPr>
        <w:t>_______________________________________________</w:t>
      </w:r>
    </w:p>
    <w:p>
      <w:r>
        <w:br w:type="page"/>
      </w:r>
    </w:p>
    <w:tbl>
      <w:tblPr>
        <w:tblW w:type="dxa" w:w="9360"/>
        <w:jc w:val="left"/>
        <w:tblLayout w:type="fixed"/>
        <w:tblLook w:firstColumn="1" w:firstRow="1" w:lastColumn="0" w:lastRow="0" w:noHBand="0" w:noVBand="1" w:val="04A0"/>
        <w:tblInd w:w="120" w:type="dxa"/>
      </w:tblPr>
      <w:tblGrid>
        <w:gridCol w:w="9360"/>
      </w:tblGrid>
      <w:tr>
        <w:tc>
          <w:tcPr>
            <w:tcW w:type="dxa" w:w="9360"/>
            <w:tcMar>
              <w:top w:w="90" w:type="dxa"/>
              <w:start w:w="140" w:type="dxa"/>
              <w:bottom w:w="90" w:type="dxa"/>
              <w:end w:w="140" w:type="dxa"/>
            </w:tcMar>
            <w:shd w:fill="F7EAF0"/>
          </w:tcPr>
          <w:p>
            <w:pPr>
              <w:spacing w:after="0"/>
            </w:pPr>
            <w:r>
              <w:rPr>
                <w:rFonts w:ascii="Calibri" w:hAnsi="Calibri"/>
                <w:b/>
                <w:i w:val="0"/>
                <w:color w:val="7B1646"/>
                <w:sz w:val="22"/>
              </w:rPr>
              <w:t>ATTENDANCE COMMITMENT</w:t>
            </w:r>
          </w:p>
        </w:tc>
      </w:tr>
    </w:tbl>
    <w:p>
      <w:pPr>
        <w:spacing w:after="120"/>
      </w:pPr>
      <w:r>
        <w:t>Check each day you can attend. Saturday attendance is mandatory, and you must attend at least two of the three days.</w:t>
      </w:r>
    </w:p>
    <w:p>
      <w:pPr>
        <w:spacing w:after="100"/>
        <w:ind w:left="115"/>
      </w:pPr>
      <w:r>
        <w:rPr>
          <w:rFonts w:ascii="Calibri" w:hAnsi="Calibri"/>
          <w:b w:val="0"/>
          <w:i w:val="0"/>
          <w:color w:val="43213E"/>
          <w:sz w:val="21"/>
        </w:rPr>
        <w:t>Friday, September 11 | 4:00 p.m.–8:00 p.m.     ☐ Yes     ☐ No</w:t>
      </w:r>
    </w:p>
    <w:p>
      <w:pPr>
        <w:spacing w:after="100"/>
        <w:ind w:left="115"/>
      </w:pPr>
      <w:r>
        <w:rPr>
          <w:rFonts w:ascii="Calibri" w:hAnsi="Calibri"/>
          <w:b/>
          <w:i w:val="0"/>
          <w:color w:val="43213E"/>
          <w:sz w:val="21"/>
        </w:rPr>
        <w:t>Saturday, September 12 | 8:00 a.m.–5:00 p.m. (MANDATORY)     ☐ Yes</w:t>
      </w:r>
    </w:p>
    <w:p>
      <w:pPr>
        <w:spacing w:after="100"/>
        <w:ind w:left="115"/>
      </w:pPr>
      <w:r>
        <w:rPr>
          <w:rFonts w:ascii="Calibri" w:hAnsi="Calibri"/>
          <w:b w:val="0"/>
          <w:i w:val="0"/>
          <w:color w:val="43213E"/>
          <w:sz w:val="21"/>
        </w:rPr>
        <w:t>Sunday, September 13 | 8:00 a.m.–10:00 a.m.     ☐ Yes     ☐ No</w:t>
      </w:r>
    </w:p>
    <w:p>
      <w:pPr>
        <w:spacing w:after="80"/>
        <w:ind w:left="115"/>
      </w:pPr>
      <w:r>
        <w:rPr>
          <w:rFonts w:ascii="DejaVu Sans" w:hAnsi="DejaVu Sans"/>
          <w:b w:val="0"/>
          <w:i w:val="0"/>
          <w:color w:val="7B1646"/>
          <w:sz w:val="22"/>
        </w:rPr>
        <w:t xml:space="preserve">☐  </w:t>
      </w:r>
      <w:r>
        <w:rPr>
          <w:rFonts w:ascii="Calibri" w:hAnsi="Calibri"/>
          <w:b w:val="0"/>
          <w:i w:val="0"/>
          <w:color w:val="221C24"/>
          <w:sz w:val="21"/>
        </w:rPr>
        <w:t>I can attend Friday and Saturday.</w:t>
      </w:r>
    </w:p>
    <w:p>
      <w:pPr>
        <w:spacing w:after="80"/>
        <w:ind w:left="115"/>
      </w:pPr>
      <w:r>
        <w:rPr>
          <w:rFonts w:ascii="DejaVu Sans" w:hAnsi="DejaVu Sans"/>
          <w:b w:val="0"/>
          <w:i w:val="0"/>
          <w:color w:val="7B1646"/>
          <w:sz w:val="22"/>
        </w:rPr>
        <w:t xml:space="preserve">☐  </w:t>
      </w:r>
      <w:r>
        <w:rPr>
          <w:rFonts w:ascii="Calibri" w:hAnsi="Calibri"/>
          <w:b w:val="0"/>
          <w:i w:val="0"/>
          <w:color w:val="221C24"/>
          <w:sz w:val="21"/>
        </w:rPr>
        <w:t>I can attend Saturday and Sunday.</w:t>
      </w:r>
    </w:p>
    <w:p>
      <w:pPr>
        <w:spacing w:after="80"/>
        <w:ind w:left="115"/>
      </w:pPr>
      <w:r>
        <w:rPr>
          <w:rFonts w:ascii="DejaVu Sans" w:hAnsi="DejaVu Sans"/>
          <w:b w:val="0"/>
          <w:i w:val="0"/>
          <w:color w:val="7B1646"/>
          <w:sz w:val="22"/>
        </w:rPr>
        <w:t xml:space="preserve">☐  </w:t>
      </w:r>
      <w:r>
        <w:rPr>
          <w:rFonts w:ascii="Calibri" w:hAnsi="Calibri"/>
          <w:b w:val="0"/>
          <w:i w:val="0"/>
          <w:color w:val="221C24"/>
          <w:sz w:val="21"/>
        </w:rPr>
        <w:t>I can attend all three days.</w:t>
      </w:r>
    </w:p>
    <w:tbl>
      <w:tblPr>
        <w:tblW w:type="dxa" w:w="9360"/>
        <w:jc w:val="left"/>
        <w:tblLayout w:type="fixed"/>
        <w:tblLook w:firstColumn="1" w:firstRow="1" w:lastColumn="0" w:lastRow="0" w:noHBand="0" w:noVBand="1" w:val="04A0"/>
        <w:tblInd w:w="120" w:type="dxa"/>
      </w:tblPr>
      <w:tblGrid>
        <w:gridCol w:w="9360"/>
      </w:tblGrid>
      <w:tr>
        <w:tc>
          <w:tcPr>
            <w:tcW w:type="dxa" w:w="9360"/>
            <w:tcMar>
              <w:top w:w="90" w:type="dxa"/>
              <w:start w:w="140" w:type="dxa"/>
              <w:bottom w:w="90" w:type="dxa"/>
              <w:end w:w="140" w:type="dxa"/>
            </w:tcMar>
            <w:shd w:fill="F7EAF0"/>
          </w:tcPr>
          <w:p>
            <w:pPr>
              <w:spacing w:after="0"/>
            </w:pPr>
            <w:r>
              <w:rPr>
                <w:rFonts w:ascii="Calibri" w:hAnsi="Calibri"/>
                <w:b/>
                <w:i w:val="0"/>
                <w:color w:val="7B1646"/>
                <w:sz w:val="22"/>
              </w:rPr>
              <w:t>PROFESSIONAL AND COMMUNITY BACKGROUND</w:t>
            </w:r>
          </w:p>
        </w:tc>
      </w:tr>
    </w:tbl>
    <w:p>
      <w:pPr>
        <w:spacing w:before="60" w:after="60"/>
      </w:pPr>
      <w:r>
        <w:rPr>
          <w:rFonts w:ascii="Calibri" w:hAnsi="Calibri"/>
          <w:b/>
          <w:i w:val="0"/>
          <w:color w:val="43213E"/>
          <w:sz w:val="21"/>
        </w:rPr>
        <w:t>1. Briefly describe your current work, career interests, or area of study.</w:t>
      </w:r>
      <w:r>
        <w:rPr>
          <w:rFonts w:ascii="Calibri" w:hAnsi="Calibri"/>
          <w:b w:val="0"/>
          <w:i/>
          <w:color w:val="6B6470"/>
          <w:sz w:val="18"/>
        </w:rPr>
        <w:t xml:space="preserve">  Suggested length: 100 words or fewer.</w:t>
      </w:r>
    </w:p>
    <w:tbl>
      <w:tblPr>
        <w:tblW w:type="dxa" w:w="9360"/>
        <w:jc w:val="left"/>
        <w:tblLayout w:type="fixed"/>
        <w:tblLook w:firstColumn="1" w:firstRow="1" w:lastColumn="0" w:lastRow="0" w:noHBand="0" w:noVBand="1" w:val="04A0"/>
        <w:tblInd w:w="120" w:type="dxa"/>
        <w:tblBorders>
          <w:top w:val="single" w:sz="5" w:space="0" w:color="D8CDD4"/>
          <w:left w:val="single" w:sz="5" w:space="0" w:color="D8CDD4"/>
          <w:bottom w:val="single" w:sz="5" w:space="0" w:color="D8CDD4"/>
          <w:right w:val="single" w:sz="5" w:space="0" w:color="D8CDD4"/>
          <w:insideH w:val="single" w:sz="5" w:space="0" w:color="D8CDD4"/>
          <w:insideV w:val="single" w:sz="5" w:space="0" w:color="D8CDD4"/>
        </w:tblBorders>
      </w:tblPr>
      <w:tblGrid>
        <w:gridCol w:w="9360"/>
      </w:tblGrid>
      <w:tr>
        <w:tc>
          <w:tcPr>
            <w:tcW w:type="dxa" w:w="9360"/>
            <w:tcMar>
              <w:top w:w="100" w:type="dxa"/>
              <w:start w:w="140" w:type="dxa"/>
              <w:bottom w:w="100" w:type="dxa"/>
              <w:end w:w="140" w:type="dxa"/>
            </w:tcMar>
            <w:shd w:fill="FFFFFF"/>
            <w:vAlign w:val="top"/>
          </w:tcPr>
          <w:p>
            <w:pPr>
              <w:spacing w:after="0"/>
            </w:pPr>
            <w:r>
              <w:rPr>
                <w:rFonts w:ascii="Calibri" w:hAnsi="Calibri"/>
                <w:b w:val="0"/>
                <w:i/>
                <w:color w:val="9B9198"/>
                <w:sz w:val="19"/>
              </w:rPr>
              <w:t>Type response here.</w:t>
            </w:r>
          </w:p>
          <w:p>
            <w:r>
              <w:t xml:space="preserve"> </w:t>
            </w:r>
          </w:p>
          <w:p>
            <w:r>
              <w:t xml:space="preserve"> </w:t>
            </w:r>
          </w:p>
        </w:tc>
      </w:tr>
    </w:tbl>
    <w:p>
      <w:pPr>
        <w:spacing w:after="20"/>
      </w:pPr>
    </w:p>
    <w:p>
      <w:pPr>
        <w:spacing w:before="60" w:after="60"/>
      </w:pPr>
      <w:r>
        <w:rPr>
          <w:rFonts w:ascii="Calibri" w:hAnsi="Calibri"/>
          <w:b/>
          <w:i w:val="0"/>
          <w:color w:val="43213E"/>
          <w:sz w:val="21"/>
        </w:rPr>
        <w:t>2. Describe one way you currently contribute to your workplace, profession, school, or community.</w:t>
      </w:r>
      <w:r>
        <w:rPr>
          <w:rFonts w:ascii="Calibri" w:hAnsi="Calibri"/>
          <w:b w:val="0"/>
          <w:i/>
          <w:color w:val="6B6470"/>
          <w:sz w:val="18"/>
        </w:rPr>
        <w:t xml:space="preserve">  Suggested length: 100 words or fewer.</w:t>
      </w:r>
    </w:p>
    <w:tbl>
      <w:tblPr>
        <w:tblW w:type="dxa" w:w="9360"/>
        <w:jc w:val="left"/>
        <w:tblLayout w:type="fixed"/>
        <w:tblLook w:firstColumn="1" w:firstRow="1" w:lastColumn="0" w:lastRow="0" w:noHBand="0" w:noVBand="1" w:val="04A0"/>
        <w:tblInd w:w="120" w:type="dxa"/>
        <w:tblBorders>
          <w:top w:val="single" w:sz="5" w:space="0" w:color="D8CDD4"/>
          <w:left w:val="single" w:sz="5" w:space="0" w:color="D8CDD4"/>
          <w:bottom w:val="single" w:sz="5" w:space="0" w:color="D8CDD4"/>
          <w:right w:val="single" w:sz="5" w:space="0" w:color="D8CDD4"/>
          <w:insideH w:val="single" w:sz="5" w:space="0" w:color="D8CDD4"/>
          <w:insideV w:val="single" w:sz="5" w:space="0" w:color="D8CDD4"/>
        </w:tblBorders>
      </w:tblPr>
      <w:tblGrid>
        <w:gridCol w:w="9360"/>
      </w:tblGrid>
      <w:tr>
        <w:tc>
          <w:tcPr>
            <w:tcW w:type="dxa" w:w="9360"/>
            <w:tcMar>
              <w:top w:w="100" w:type="dxa"/>
              <w:start w:w="140" w:type="dxa"/>
              <w:bottom w:w="100" w:type="dxa"/>
              <w:end w:w="140" w:type="dxa"/>
            </w:tcMar>
            <w:shd w:fill="FFFFFF"/>
            <w:vAlign w:val="top"/>
          </w:tcPr>
          <w:p>
            <w:pPr>
              <w:spacing w:after="0"/>
            </w:pPr>
            <w:r>
              <w:rPr>
                <w:rFonts w:ascii="Calibri" w:hAnsi="Calibri"/>
                <w:b w:val="0"/>
                <w:i/>
                <w:color w:val="9B9198"/>
                <w:sz w:val="19"/>
              </w:rPr>
              <w:t>Type response here.</w:t>
            </w:r>
          </w:p>
          <w:p>
            <w:r>
              <w:t xml:space="preserve"> </w:t>
            </w:r>
          </w:p>
          <w:p>
            <w:r>
              <w:t xml:space="preserve"> </w:t>
            </w:r>
          </w:p>
        </w:tc>
      </w:tr>
    </w:tbl>
    <w:p>
      <w:pPr>
        <w:spacing w:after="20"/>
      </w:pPr>
    </w:p>
    <w:p>
      <w:pPr>
        <w:spacing w:before="60" w:after="60"/>
      </w:pPr>
      <w:r>
        <w:rPr>
          <w:rFonts w:ascii="Calibri" w:hAnsi="Calibri"/>
          <w:b/>
          <w:i w:val="0"/>
          <w:color w:val="43213E"/>
          <w:sz w:val="21"/>
        </w:rPr>
        <w:t>3. Have you previously attended a Women of Color Empowerment Conference? If yes, please identify the year(s) and how you participated.</w:t>
      </w:r>
    </w:p>
    <w:tbl>
      <w:tblPr>
        <w:tblW w:type="dxa" w:w="9360"/>
        <w:jc w:val="left"/>
        <w:tblLayout w:type="fixed"/>
        <w:tblLook w:firstColumn="1" w:firstRow="1" w:lastColumn="0" w:lastRow="0" w:noHBand="0" w:noVBand="1" w:val="04A0"/>
        <w:tblInd w:w="120" w:type="dxa"/>
        <w:tblBorders>
          <w:top w:val="single" w:sz="5" w:space="0" w:color="D8CDD4"/>
          <w:left w:val="single" w:sz="5" w:space="0" w:color="D8CDD4"/>
          <w:bottom w:val="single" w:sz="5" w:space="0" w:color="D8CDD4"/>
          <w:right w:val="single" w:sz="5" w:space="0" w:color="D8CDD4"/>
          <w:insideH w:val="single" w:sz="5" w:space="0" w:color="D8CDD4"/>
          <w:insideV w:val="single" w:sz="5" w:space="0" w:color="D8CDD4"/>
        </w:tblBorders>
      </w:tblPr>
      <w:tblGrid>
        <w:gridCol w:w="9360"/>
      </w:tblGrid>
      <w:tr>
        <w:tc>
          <w:tcPr>
            <w:tcW w:type="dxa" w:w="9360"/>
            <w:tcMar>
              <w:top w:w="100" w:type="dxa"/>
              <w:start w:w="140" w:type="dxa"/>
              <w:bottom w:w="100" w:type="dxa"/>
              <w:end w:w="140" w:type="dxa"/>
            </w:tcMar>
            <w:shd w:fill="FFFFFF"/>
            <w:vAlign w:val="top"/>
          </w:tcPr>
          <w:p>
            <w:pPr>
              <w:spacing w:after="0"/>
            </w:pPr>
            <w:r>
              <w:rPr>
                <w:rFonts w:ascii="Calibri" w:hAnsi="Calibri"/>
                <w:b w:val="0"/>
                <w:i/>
                <w:color w:val="9B9198"/>
                <w:sz w:val="19"/>
              </w:rPr>
              <w:t>Type response here.</w:t>
            </w:r>
          </w:p>
          <w:p>
            <w:r>
              <w:t xml:space="preserve"> </w:t>
            </w:r>
          </w:p>
        </w:tc>
      </w:tr>
    </w:tbl>
    <w:p>
      <w:pPr>
        <w:spacing w:after="20"/>
      </w:pPr>
    </w:p>
    <w:p>
      <w:pPr>
        <w:spacing w:after="140"/>
      </w:pPr>
      <w:r>
        <w:rPr>
          <w:rFonts w:ascii="Calibri" w:hAnsi="Calibri"/>
          <w:b/>
          <w:i w:val="0"/>
          <w:color w:val="43213E"/>
          <w:sz w:val="21"/>
        </w:rPr>
        <w:t xml:space="preserve">How did you learn about this opportunity?  </w:t>
      </w:r>
      <w:r>
        <w:rPr>
          <w:rFonts w:ascii="Calibri" w:hAnsi="Calibri"/>
          <w:b w:val="0"/>
          <w:i w:val="0"/>
          <w:color w:val="6B6470"/>
          <w:sz w:val="21"/>
        </w:rPr>
        <w:t>____________________________________</w:t>
      </w:r>
    </w:p>
    <w:p>
      <w:r>
        <w:br w:type="page"/>
      </w:r>
    </w:p>
    <w:tbl>
      <w:tblPr>
        <w:tblW w:type="dxa" w:w="9360"/>
        <w:jc w:val="left"/>
        <w:tblLayout w:type="fixed"/>
        <w:tblLook w:firstColumn="1" w:firstRow="1" w:lastColumn="0" w:lastRow="0" w:noHBand="0" w:noVBand="1" w:val="04A0"/>
        <w:tblInd w:w="120" w:type="dxa"/>
      </w:tblPr>
      <w:tblGrid>
        <w:gridCol w:w="9360"/>
      </w:tblGrid>
      <w:tr>
        <w:tc>
          <w:tcPr>
            <w:tcW w:type="dxa" w:w="9360"/>
            <w:tcMar>
              <w:top w:w="90" w:type="dxa"/>
              <w:start w:w="140" w:type="dxa"/>
              <w:bottom w:w="90" w:type="dxa"/>
              <w:end w:w="140" w:type="dxa"/>
            </w:tcMar>
            <w:shd w:fill="F7EAF0"/>
          </w:tcPr>
          <w:p>
            <w:pPr>
              <w:spacing w:after="0"/>
            </w:pPr>
            <w:r>
              <w:rPr>
                <w:rFonts w:ascii="Calibri" w:hAnsi="Calibri"/>
                <w:b/>
                <w:i w:val="0"/>
                <w:color w:val="7B1646"/>
                <w:sz w:val="22"/>
              </w:rPr>
              <w:t>PURPOSE AND IMPACT</w:t>
            </w:r>
          </w:p>
        </w:tc>
      </w:tr>
    </w:tbl>
    <w:p>
      <w:pPr>
        <w:spacing w:before="60" w:after="60"/>
      </w:pPr>
      <w:r>
        <w:rPr>
          <w:rFonts w:ascii="Calibri" w:hAnsi="Calibri"/>
          <w:b/>
          <w:i w:val="0"/>
          <w:color w:val="43213E"/>
          <w:sz w:val="21"/>
        </w:rPr>
        <w:t>4. Why would you like to attend the 2026 Women of Color Empowerment Conference?</w:t>
      </w:r>
      <w:r>
        <w:rPr>
          <w:rFonts w:ascii="Calibri" w:hAnsi="Calibri"/>
          <w:b w:val="0"/>
          <w:i/>
          <w:color w:val="6B6470"/>
          <w:sz w:val="18"/>
        </w:rPr>
        <w:t xml:space="preserve">  Suggested length: 150 words or fewer.</w:t>
      </w:r>
    </w:p>
    <w:tbl>
      <w:tblPr>
        <w:tblW w:type="dxa" w:w="9360"/>
        <w:jc w:val="left"/>
        <w:tblLayout w:type="fixed"/>
        <w:tblLook w:firstColumn="1" w:firstRow="1" w:lastColumn="0" w:lastRow="0" w:noHBand="0" w:noVBand="1" w:val="04A0"/>
        <w:tblInd w:w="120" w:type="dxa"/>
        <w:tblBorders>
          <w:top w:val="single" w:sz="5" w:space="0" w:color="D8CDD4"/>
          <w:left w:val="single" w:sz="5" w:space="0" w:color="D8CDD4"/>
          <w:bottom w:val="single" w:sz="5" w:space="0" w:color="D8CDD4"/>
          <w:right w:val="single" w:sz="5" w:space="0" w:color="D8CDD4"/>
          <w:insideH w:val="single" w:sz="5" w:space="0" w:color="D8CDD4"/>
          <w:insideV w:val="single" w:sz="5" w:space="0" w:color="D8CDD4"/>
        </w:tblBorders>
      </w:tblPr>
      <w:tblGrid>
        <w:gridCol w:w="9360"/>
      </w:tblGrid>
      <w:tr>
        <w:tc>
          <w:tcPr>
            <w:tcW w:type="dxa" w:w="9360"/>
            <w:tcMar>
              <w:top w:w="100" w:type="dxa"/>
              <w:start w:w="140" w:type="dxa"/>
              <w:bottom w:w="100" w:type="dxa"/>
              <w:end w:w="140" w:type="dxa"/>
            </w:tcMar>
            <w:shd w:fill="FFFFFF"/>
            <w:vAlign w:val="top"/>
          </w:tcPr>
          <w:p>
            <w:pPr>
              <w:spacing w:after="0"/>
            </w:pPr>
            <w:r>
              <w:rPr>
                <w:rFonts w:ascii="Calibri" w:hAnsi="Calibri"/>
                <w:b w:val="0"/>
                <w:i/>
                <w:color w:val="9B9198"/>
                <w:sz w:val="19"/>
              </w:rPr>
              <w:t>Type response here.</w:t>
            </w:r>
          </w:p>
          <w:p>
            <w:r>
              <w:t xml:space="preserve"> </w:t>
            </w:r>
          </w:p>
          <w:p>
            <w:r>
              <w:t xml:space="preserve"> </w:t>
            </w:r>
          </w:p>
          <w:p>
            <w:r>
              <w:t xml:space="preserve"> </w:t>
            </w:r>
          </w:p>
        </w:tc>
      </w:tr>
    </w:tbl>
    <w:p>
      <w:pPr>
        <w:spacing w:after="20"/>
      </w:pPr>
    </w:p>
    <w:p>
      <w:pPr>
        <w:spacing w:before="60" w:after="60"/>
      </w:pPr>
      <w:r>
        <w:rPr>
          <w:rFonts w:ascii="Calibri" w:hAnsi="Calibri"/>
          <w:b/>
          <w:i w:val="0"/>
          <w:color w:val="43213E"/>
          <w:sz w:val="21"/>
        </w:rPr>
        <w:t>5. What do you hope to learn, strengthen, or accomplish through this experience?</w:t>
      </w:r>
      <w:r>
        <w:rPr>
          <w:rFonts w:ascii="Calibri" w:hAnsi="Calibri"/>
          <w:b w:val="0"/>
          <w:i/>
          <w:color w:val="6B6470"/>
          <w:sz w:val="18"/>
        </w:rPr>
        <w:t xml:space="preserve">  Suggested length: 100 words or fewer.</w:t>
      </w:r>
    </w:p>
    <w:tbl>
      <w:tblPr>
        <w:tblW w:type="dxa" w:w="9360"/>
        <w:jc w:val="left"/>
        <w:tblLayout w:type="fixed"/>
        <w:tblLook w:firstColumn="1" w:firstRow="1" w:lastColumn="0" w:lastRow="0" w:noHBand="0" w:noVBand="1" w:val="04A0"/>
        <w:tblInd w:w="120" w:type="dxa"/>
        <w:tblBorders>
          <w:top w:val="single" w:sz="5" w:space="0" w:color="D8CDD4"/>
          <w:left w:val="single" w:sz="5" w:space="0" w:color="D8CDD4"/>
          <w:bottom w:val="single" w:sz="5" w:space="0" w:color="D8CDD4"/>
          <w:right w:val="single" w:sz="5" w:space="0" w:color="D8CDD4"/>
          <w:insideH w:val="single" w:sz="5" w:space="0" w:color="D8CDD4"/>
          <w:insideV w:val="single" w:sz="5" w:space="0" w:color="D8CDD4"/>
        </w:tblBorders>
      </w:tblPr>
      <w:tblGrid>
        <w:gridCol w:w="9360"/>
      </w:tblGrid>
      <w:tr>
        <w:tc>
          <w:tcPr>
            <w:tcW w:type="dxa" w:w="9360"/>
            <w:tcMar>
              <w:top w:w="100" w:type="dxa"/>
              <w:start w:w="140" w:type="dxa"/>
              <w:bottom w:w="100" w:type="dxa"/>
              <w:end w:w="140" w:type="dxa"/>
            </w:tcMar>
            <w:shd w:fill="FFFFFF"/>
            <w:vAlign w:val="top"/>
          </w:tcPr>
          <w:p>
            <w:pPr>
              <w:spacing w:after="0"/>
            </w:pPr>
            <w:r>
              <w:rPr>
                <w:rFonts w:ascii="Calibri" w:hAnsi="Calibri"/>
                <w:b w:val="0"/>
                <w:i/>
                <w:color w:val="9B9198"/>
                <w:sz w:val="19"/>
              </w:rPr>
              <w:t>Type response here.</w:t>
            </w:r>
          </w:p>
          <w:p>
            <w:r>
              <w:t xml:space="preserve"> </w:t>
            </w:r>
          </w:p>
          <w:p>
            <w:r>
              <w:t xml:space="preserve"> </w:t>
            </w:r>
          </w:p>
        </w:tc>
      </w:tr>
    </w:tbl>
    <w:p>
      <w:pPr>
        <w:spacing w:after="20"/>
      </w:pPr>
    </w:p>
    <w:p>
      <w:pPr>
        <w:spacing w:before="60" w:after="60"/>
      </w:pPr>
      <w:r>
        <w:rPr>
          <w:rFonts w:ascii="Calibri" w:hAnsi="Calibri"/>
          <w:b/>
          <w:i w:val="0"/>
          <w:color w:val="43213E"/>
          <w:sz w:val="21"/>
        </w:rPr>
        <w:t>6. How will you use or share what you gain from the conference after the event?</w:t>
      </w:r>
      <w:r>
        <w:rPr>
          <w:rFonts w:ascii="Calibri" w:hAnsi="Calibri"/>
          <w:b w:val="0"/>
          <w:i/>
          <w:color w:val="6B6470"/>
          <w:sz w:val="18"/>
        </w:rPr>
        <w:t xml:space="preserve">  Suggested length: 100 words or fewer.</w:t>
      </w:r>
    </w:p>
    <w:tbl>
      <w:tblPr>
        <w:tblW w:type="dxa" w:w="9360"/>
        <w:jc w:val="left"/>
        <w:tblLayout w:type="fixed"/>
        <w:tblLook w:firstColumn="1" w:firstRow="1" w:lastColumn="0" w:lastRow="0" w:noHBand="0" w:noVBand="1" w:val="04A0"/>
        <w:tblInd w:w="120" w:type="dxa"/>
        <w:tblBorders>
          <w:top w:val="single" w:sz="5" w:space="0" w:color="D8CDD4"/>
          <w:left w:val="single" w:sz="5" w:space="0" w:color="D8CDD4"/>
          <w:bottom w:val="single" w:sz="5" w:space="0" w:color="D8CDD4"/>
          <w:right w:val="single" w:sz="5" w:space="0" w:color="D8CDD4"/>
          <w:insideH w:val="single" w:sz="5" w:space="0" w:color="D8CDD4"/>
          <w:insideV w:val="single" w:sz="5" w:space="0" w:color="D8CDD4"/>
        </w:tblBorders>
      </w:tblPr>
      <w:tblGrid>
        <w:gridCol w:w="9360"/>
      </w:tblGrid>
      <w:tr>
        <w:tc>
          <w:tcPr>
            <w:tcW w:type="dxa" w:w="9360"/>
            <w:tcMar>
              <w:top w:w="100" w:type="dxa"/>
              <w:start w:w="140" w:type="dxa"/>
              <w:bottom w:w="100" w:type="dxa"/>
              <w:end w:w="140" w:type="dxa"/>
            </w:tcMar>
            <w:shd w:fill="FFFFFF"/>
            <w:vAlign w:val="top"/>
          </w:tcPr>
          <w:p>
            <w:pPr>
              <w:spacing w:after="0"/>
            </w:pPr>
            <w:r>
              <w:rPr>
                <w:rFonts w:ascii="Calibri" w:hAnsi="Calibri"/>
                <w:b w:val="0"/>
                <w:i/>
                <w:color w:val="9B9198"/>
                <w:sz w:val="19"/>
              </w:rPr>
              <w:t>Type response here.</w:t>
            </w:r>
          </w:p>
          <w:p>
            <w:r>
              <w:t xml:space="preserve"> </w:t>
            </w:r>
          </w:p>
          <w:p>
            <w:r>
              <w:t xml:space="preserve"> </w:t>
            </w:r>
          </w:p>
        </w:tc>
      </w:tr>
    </w:tbl>
    <w:p>
      <w:pPr>
        <w:spacing w:after="20"/>
      </w:pPr>
    </w:p>
    <w:tbl>
      <w:tblPr>
        <w:tblW w:type="dxa" w:w="9360"/>
        <w:jc w:val="left"/>
        <w:tblLayout w:type="fixed"/>
        <w:tblLook w:firstColumn="1" w:firstRow="1" w:lastColumn="0" w:lastRow="0" w:noHBand="0" w:noVBand="1" w:val="04A0"/>
        <w:tblInd w:w="120" w:type="dxa"/>
      </w:tblPr>
      <w:tblGrid>
        <w:gridCol w:w="9360"/>
      </w:tblGrid>
      <w:tr>
        <w:tc>
          <w:tcPr>
            <w:tcW w:type="dxa" w:w="9360"/>
            <w:tcMar>
              <w:top w:w="90" w:type="dxa"/>
              <w:start w:w="140" w:type="dxa"/>
              <w:bottom w:w="90" w:type="dxa"/>
              <w:end w:w="140" w:type="dxa"/>
            </w:tcMar>
            <w:shd w:fill="F7EAF0"/>
          </w:tcPr>
          <w:p>
            <w:pPr>
              <w:spacing w:after="0"/>
            </w:pPr>
            <w:r>
              <w:rPr>
                <w:rFonts w:ascii="Calibri" w:hAnsi="Calibri"/>
                <w:b/>
                <w:i w:val="0"/>
                <w:color w:val="7B1646"/>
                <w:sz w:val="22"/>
              </w:rPr>
              <w:t>CERTIFICATION AND SIGNATURE</w:t>
            </w:r>
          </w:p>
        </w:tc>
      </w:tr>
    </w:tbl>
    <w:p>
      <w:pPr>
        <w:spacing w:after="180"/>
      </w:pPr>
      <w:r>
        <w:t>By signing below, I certify that the information in this application is true and complete. I confirm that I meet the age requirement and can attend Saturday from 8:00 a.m. to 5:00 p.m., plus at least one additional conference day. If selected, I understand that this opportunity is intended for my personal use and that I should notify WOCEI promptly if I cannot attend.</w:t>
      </w:r>
    </w:p>
    <w:tbl>
      <w:tblPr>
        <w:tblW w:type="dxa" w:w="9360"/>
        <w:jc w:val="left"/>
        <w:tblLayout w:type="fixed"/>
        <w:tblLook w:firstColumn="1" w:firstRow="1" w:lastColumn="0" w:lastRow="0" w:noHBand="0" w:noVBand="1" w:val="04A0"/>
        <w:tblInd w:w="120" w:type="dxa"/>
        <w:tblBorders>
          <w:top w:val="single" w:sz="6" w:space="0" w:color="D8CDD4"/>
          <w:left w:val="single" w:sz="6" w:space="0" w:color="D8CDD4"/>
          <w:bottom w:val="single" w:sz="6" w:space="0" w:color="D8CDD4"/>
          <w:right w:val="single" w:sz="6" w:space="0" w:color="D8CDD4"/>
          <w:insideH w:val="single" w:sz="6" w:space="0" w:color="D8CDD4"/>
          <w:insideV w:val="single" w:sz="6" w:space="0" w:color="D8CDD4"/>
        </w:tblBorders>
      </w:tblPr>
      <w:tblGrid>
        <w:gridCol w:w="6600"/>
        <w:gridCol w:w="2760"/>
      </w:tblGrid>
      <w:tr>
        <w:tc>
          <w:tcPr>
            <w:tcW w:type="dxa" w:w="6600"/>
            <w:tcMar>
              <w:top w:w="100" w:type="dxa"/>
              <w:start w:w="140" w:type="dxa"/>
              <w:bottom w:w="100" w:type="dxa"/>
              <w:end w:w="140" w:type="dxa"/>
            </w:tcMar>
          </w:tcPr>
          <w:p>
            <w:r>
              <w:rPr>
                <w:rFonts w:ascii="Calibri" w:hAnsi="Calibri"/>
                <w:b/>
                <w:i w:val="0"/>
                <w:color w:val="7B1646"/>
                <w:sz w:val="18"/>
              </w:rPr>
              <w:t>Applicant signature</w:t>
            </w:r>
          </w:p>
          <w:p>
            <w:r>
              <w:rPr>
                <w:rFonts w:ascii="Calibri" w:hAnsi="Calibri"/>
                <w:b w:val="0"/>
                <w:i w:val="0"/>
                <w:color w:val="6B6470"/>
                <w:sz w:val="18"/>
              </w:rPr>
              <w:t>________________________________</w:t>
            </w:r>
          </w:p>
        </w:tc>
        <w:tc>
          <w:tcPr>
            <w:tcW w:type="dxa" w:w="2760"/>
            <w:tcMar>
              <w:top w:w="100" w:type="dxa"/>
              <w:start w:w="140" w:type="dxa"/>
              <w:bottom w:w="100" w:type="dxa"/>
              <w:end w:w="140" w:type="dxa"/>
            </w:tcMar>
          </w:tcPr>
          <w:p>
            <w:r>
              <w:rPr>
                <w:rFonts w:ascii="Calibri" w:hAnsi="Calibri"/>
                <w:b/>
                <w:i w:val="0"/>
                <w:color w:val="7B1646"/>
                <w:sz w:val="18"/>
              </w:rPr>
              <w:t>Date</w:t>
            </w:r>
          </w:p>
          <w:p>
            <w:r>
              <w:rPr>
                <w:rFonts w:ascii="Calibri" w:hAnsi="Calibri"/>
                <w:b w:val="0"/>
                <w:i w:val="0"/>
                <w:color w:val="6B6470"/>
                <w:sz w:val="18"/>
              </w:rPr>
              <w:t>________________________________</w:t>
            </w:r>
          </w:p>
        </w:tc>
      </w:tr>
      <w:tr>
        <w:tc>
          <w:tcPr>
            <w:tcW w:type="dxa" w:w="6600"/>
            <w:tcMar>
              <w:top w:w="100" w:type="dxa"/>
              <w:start w:w="140" w:type="dxa"/>
              <w:bottom w:w="100" w:type="dxa"/>
              <w:end w:w="140" w:type="dxa"/>
            </w:tcMar>
          </w:tcPr>
          <w:p>
            <w:r>
              <w:rPr>
                <w:rFonts w:ascii="Calibri" w:hAnsi="Calibri"/>
                <w:b/>
                <w:i w:val="0"/>
                <w:color w:val="7B1646"/>
                <w:sz w:val="18"/>
              </w:rPr>
              <w:t>Printed name</w:t>
            </w:r>
          </w:p>
          <w:p>
            <w:r>
              <w:rPr>
                <w:rFonts w:ascii="Calibri" w:hAnsi="Calibri"/>
                <w:b w:val="0"/>
                <w:i w:val="0"/>
                <w:color w:val="6B6470"/>
                <w:sz w:val="18"/>
              </w:rPr>
              <w:t>________________________________</w:t>
            </w:r>
          </w:p>
        </w:tc>
        <w:tc>
          <w:tcPr>
            <w:tcW w:type="dxa" w:w="2760"/>
            <w:tcMar>
              <w:top w:w="100" w:type="dxa"/>
              <w:start w:w="140" w:type="dxa"/>
              <w:bottom w:w="100" w:type="dxa"/>
              <w:end w:w="140" w:type="dxa"/>
            </w:tcMar>
          </w:tcPr>
          <w:p>
            <w:r>
              <w:rPr>
                <w:rFonts w:ascii="Calibri" w:hAnsi="Calibri"/>
                <w:b/>
                <w:i w:val="0"/>
                <w:color w:val="7B1646"/>
                <w:sz w:val="18"/>
              </w:rPr>
              <w:t>Application deadline</w:t>
            </w:r>
          </w:p>
          <w:p>
            <w:r>
              <w:rPr>
                <w:rFonts w:ascii="Calibri" w:hAnsi="Calibri"/>
                <w:b w:val="0"/>
                <w:i w:val="0"/>
                <w:color w:val="6B6470"/>
                <w:sz w:val="18"/>
              </w:rPr>
              <w:t>________________________________</w:t>
            </w:r>
          </w:p>
        </w:tc>
      </w:tr>
    </w:tbl>
    <w:tbl>
      <w:tblPr>
        <w:tblW w:type="dxa" w:w="9360"/>
        <w:jc w:val="left"/>
        <w:tblLayout w:type="fixed"/>
        <w:tblLook w:firstColumn="1" w:firstRow="1" w:lastColumn="0" w:lastRow="0" w:noHBand="0" w:noVBand="1" w:val="04A0"/>
        <w:tblInd w:w="120" w:type="dxa"/>
        <w:tblBorders>
          <w:top w:val="single" w:sz="8" w:space="0" w:color="D9A928"/>
          <w:left w:val="single" w:sz="8" w:space="0" w:color="D9A928"/>
          <w:bottom w:val="single" w:sz="8" w:space="0" w:color="D9A928"/>
          <w:right w:val="single" w:sz="8" w:space="0" w:color="D9A928"/>
          <w:insideH w:val="single" w:sz="8" w:space="0" w:color="D9A928"/>
          <w:insideV w:val="single" w:sz="8" w:space="0" w:color="D9A928"/>
        </w:tblBorders>
      </w:tblPr>
      <w:tblGrid>
        <w:gridCol w:w="9360"/>
      </w:tblGrid>
      <w:tr>
        <w:tc>
          <w:tcPr>
            <w:tcW w:type="dxa" w:w="9360"/>
            <w:tcMar>
              <w:top w:w="120" w:type="dxa"/>
              <w:start w:w="170" w:type="dxa"/>
              <w:bottom w:w="120" w:type="dxa"/>
              <w:end w:w="170" w:type="dxa"/>
            </w:tcMar>
            <w:shd w:fill="FBF5EA"/>
          </w:tcPr>
          <w:p>
            <w:pPr>
              <w:spacing w:after="60"/>
            </w:pPr>
            <w:r>
              <w:rPr>
                <w:rFonts w:ascii="Calibri" w:hAnsi="Calibri"/>
                <w:b/>
                <w:i w:val="0"/>
                <w:color w:val="7B1646"/>
                <w:sz w:val="21"/>
              </w:rPr>
              <w:t>SUBMISSION</w:t>
            </w:r>
          </w:p>
          <w:p>
            <w:pPr>
              <w:spacing w:after="0"/>
            </w:pPr>
            <w:r>
              <w:rPr>
                <w:rFonts w:ascii="Calibri" w:hAnsi="Calibri"/>
                <w:b w:val="0"/>
                <w:i w:val="0"/>
                <w:color w:val="221C24"/>
                <w:sz w:val="19"/>
              </w:rPr>
              <w:t>Email the completed application to WOCempowerment@gmail.com. Please use the subject line: “2026 Complimentary Conference Application – [Your Name].”</w:t>
            </w:r>
          </w:p>
        </w:tc>
      </w:tr>
    </w:tbl>
    <w:p>
      <w:pPr>
        <w:spacing w:before="160" w:after="0"/>
        <w:jc w:val="center"/>
      </w:pPr>
      <w:r>
        <w:rPr>
          <w:rFonts w:ascii="Calibri" w:hAnsi="Calibri"/>
          <w:b/>
          <w:i w:val="0"/>
          <w:color w:val="7B1646"/>
          <w:sz w:val="19"/>
        </w:rPr>
        <w:t>Women of Color Empowerment Institute, Inc.</w:t>
      </w:r>
    </w:p>
    <w:p>
      <w:pPr>
        <w:spacing w:after="0"/>
        <w:jc w:val="center"/>
      </w:pPr>
      <w:r>
        <w:rPr>
          <w:rFonts w:ascii="Calibri" w:hAnsi="Calibri"/>
          <w:b w:val="0"/>
          <w:i/>
          <w:color w:val="6B6470"/>
          <w:sz w:val="18"/>
        </w:rPr>
        <w:t>Creating pathways to leadership, connection, and opportunity.</w:t>
      </w:r>
    </w:p>
    <w:sectPr w:rsidR="00FC693F" w:rsidRPr="0006063C" w:rsidSect="00034616">
      <w:footerReference w:type="default" r:id="rId9"/>
      <w:pgSz w:w="12240" w:h="15840"/>
      <w:pgMar w:top="792" w:right="1224" w:bottom="792" w:left="1224"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left"/>
      </w:tabs>
    </w:pPr>
    <w:r>
      <w:rPr>
        <w:rFonts w:ascii="Calibri" w:hAnsi="Calibri"/>
        <w:b w:val="0"/>
        <w:i w:val="0"/>
        <w:color w:val="6B6470"/>
        <w:sz w:val="17"/>
      </w:rPr>
      <w:t>WOCEI 2026 | Complimentary Admission Application</w:t>
    </w:r>
    <w:r>
      <w:tab/>
    </w:r>
    <w:r>
      <w:rPr>
        <w:rFonts w:ascii="Calibri" w:hAnsi="Calibri"/>
        <w:b w:val="0"/>
        <w:i w:val="0"/>
        <w:color w:val="6B6470"/>
        <w:sz w:val="17"/>
      </w:rPr>
      <w:t xml:space="preserve">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21C2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40"/>
      <w:outlineLvl w:val="0"/>
    </w:pPr>
    <w:rPr>
      <w:rFonts w:asciiTheme="majorHAnsi" w:eastAsiaTheme="majorEastAsia" w:hAnsiTheme="majorHAnsi" w:cstheme="majorBidi" w:ascii="Calibri" w:hAnsi="Calibri"/>
      <w:b/>
      <w:bCs/>
      <w:color w:val="7B1646"/>
      <w:sz w:val="32"/>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Calibri" w:hAnsi="Calibri"/>
      <w:b/>
      <w:bCs/>
      <w:color w:val="7B1646"/>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Calibri" w:hAnsi="Calibri"/>
      <w:b/>
      <w:bCs/>
      <w:color w:val="43213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Calibri" w:hAnsi="Calibri"/>
      <w:b/>
      <w:color w:val="FFFFF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WOCEI 2026 Complimentary Conference Admission Application</dc:title>
  <dc:subject>Application for women under age 40 seeking complimentary admission to the 2026 conference</dc:subject>
  <dc:creator>Women of Color Empowerment Institute, Inc.</dc:creator>
  <cp:keywords>WOCEI, conference, application, emerging leaders, complimentary admission</cp:keywords>
  <dc:description>generated by python-docx</dc:description>
  <cp:lastModifiedBy/>
  <cp:revision>1</cp:revision>
  <dcterms:created xsi:type="dcterms:W3CDTF">2013-12-23T23:15:00Z</dcterms:created>
  <dcterms:modified xsi:type="dcterms:W3CDTF">2013-12-23T23:15:00Z</dcterms:modified>
  <cp:category/>
</cp:coreProperties>
</file>